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1: Place Value to 1 000 000</w:t>
      </w:r>
    </w:p>
    <w:p>
      <w:pPr>
        <w:spacing w:after="200"/>
        <w:jc w:val="center"/>
      </w:pPr>
      <w:r>
        <w:rPr>
          <w:b w:val="0"/>
          <w:i/>
          <w:sz w:val="20"/>
        </w:rPr>
        <w:t>5/6 Mathematics  -  Number Sense &amp; Operations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Write 305 072 in words.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Which is greater: 486 210 or 486 021? How do you know?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What is the value of the 9 in 9 400 000? (Gr 6: give a number to the billions.)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read and compare numbers to 1 000 000.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